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0"/>
        <w:jc w:val="center"/>
      </w:pPr>
      <w:r>
        <w:t>墨玉县文旅文创作品全国征集报名表</w:t>
      </w:r>
    </w:p>
    <w:p>
      <w:pPr>
        <w:spacing w:after="240"/>
        <w:jc w:val="center"/>
      </w:pPr>
      <w:r>
        <w:rPr>
          <w:rFonts w:ascii="Microsoft YaHei" w:hAnsi="Microsoft YaHei" w:eastAsia="Microsoft YaHei"/>
          <w:b w:val="0"/>
          <w:color w:val="555555"/>
          <w:sz w:val="20"/>
        </w:rPr>
        <w:t>请按公告要求完整填写。每件作品填写一份；系列作品按一件填写。报名表与作品展示文件一并发送至网页公布的投稿邮箱。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9014"/>
      </w:tblGrid>
      <w:tr>
        <w:tc>
          <w:tcPr>
            <w:tcW w:type="dxa" w:w="4933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4" w:color="244CFF"/>
              <w:left w:val="single" w:sz="4" w:color="244CFF"/>
              <w:bottom w:val="single" w:sz="4" w:color="244CFF"/>
              <w:right w:val="single" w:sz="4" w:color="244CFF"/>
              <w:insideH w:val="single" w:sz="4" w:color="244CFF"/>
              <w:insideV w:val="single" w:sz="4" w:color="244CFF"/>
            </w:tcBorders>
            <w:shd w:fill="244CFF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01</w:t>
            </w:r>
          </w:p>
        </w:tc>
        <w:tc>
          <w:tcPr>
            <w:tcW w:type="dxa" w:w="4933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4" w:color="244CFF"/>
              <w:left w:val="single" w:sz="4" w:color="244CFF"/>
              <w:bottom w:val="single" w:sz="4" w:color="244CFF"/>
              <w:right w:val="single" w:sz="4" w:color="244CFF"/>
              <w:insideH w:val="single" w:sz="4" w:color="244CFF"/>
              <w:insideV w:val="single" w:sz="4" w:color="244CFF"/>
            </w:tcBorders>
            <w:shd w:fill="244CFF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参征者信息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/>
        <w:tc>
          <w:tcPr>
            <w:tcW w:type="dxa" w:w="136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参征类型</w:t>
            </w:r>
          </w:p>
        </w:tc>
        <w:tc>
          <w:tcPr>
            <w:tcW w:type="dxa" w:w="836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20"/>
              </w:rPr>
              <w:t>□ 个人   □ 团队   □ 院校师生   □ 设计机构   □ 文创企业   □ 非遗传承人   □ 独立创作者   □ 其他：____________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/>
        <w:tc>
          <w:tcPr>
            <w:tcW w:type="dxa" w:w="235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个人姓名或团队机构名称</w:t>
            </w:r>
          </w:p>
        </w:tc>
        <w:tc>
          <w:tcPr>
            <w:tcW w:type="dxa" w:w="737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20"/>
              </w:rPr>
            </w:r>
          </w:p>
        </w:tc>
      </w:tr>
      <w:tr>
        <w:trPr/>
        <w:tc>
          <w:tcPr>
            <w:tcW w:type="dxa" w:w="235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主要联系人</w:t>
            </w:r>
          </w:p>
        </w:tc>
        <w:tc>
          <w:tcPr>
            <w:tcW w:type="dxa" w:w="737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20"/>
              </w:rPr>
            </w:r>
          </w:p>
        </w:tc>
      </w:tr>
      <w:tr>
        <w:trPr/>
        <w:tc>
          <w:tcPr>
            <w:tcW w:type="dxa" w:w="235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联系电话</w:t>
            </w:r>
          </w:p>
        </w:tc>
        <w:tc>
          <w:tcPr>
            <w:tcW w:type="dxa" w:w="737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20"/>
              </w:rPr>
            </w:r>
          </w:p>
        </w:tc>
      </w:tr>
      <w:tr>
        <w:trPr/>
        <w:tc>
          <w:tcPr>
            <w:tcW w:type="dxa" w:w="235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电子邮箱</w:t>
            </w:r>
          </w:p>
        </w:tc>
        <w:tc>
          <w:tcPr>
            <w:tcW w:type="dxa" w:w="737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20"/>
              </w:rPr>
            </w:r>
          </w:p>
        </w:tc>
      </w:tr>
      <w:tr>
        <w:trPr/>
        <w:tc>
          <w:tcPr>
            <w:tcW w:type="dxa" w:w="235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所在省市</w:t>
            </w:r>
          </w:p>
        </w:tc>
        <w:tc>
          <w:tcPr>
            <w:tcW w:type="dxa" w:w="737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20"/>
              </w:rPr>
            </w:r>
          </w:p>
        </w:tc>
      </w:tr>
      <w:tr>
        <w:trPr/>
        <w:tc>
          <w:tcPr>
            <w:tcW w:type="dxa" w:w="235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未满十八周岁参征者</w:t>
            </w:r>
          </w:p>
        </w:tc>
        <w:tc>
          <w:tcPr>
            <w:tcW w:type="dxa" w:w="737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20"/>
              </w:rPr>
              <w:t>□ 不适用   □ 已取得监护人同意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9014"/>
      </w:tblGrid>
      <w:tr>
        <w:tc>
          <w:tcPr>
            <w:tcW w:type="dxa" w:w="4933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4" w:color="244CFF"/>
              <w:left w:val="single" w:sz="4" w:color="244CFF"/>
              <w:bottom w:val="single" w:sz="4" w:color="244CFF"/>
              <w:right w:val="single" w:sz="4" w:color="244CFF"/>
              <w:insideH w:val="single" w:sz="4" w:color="244CFF"/>
              <w:insideV w:val="single" w:sz="4" w:color="244CFF"/>
            </w:tcBorders>
            <w:shd w:fill="244CFF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02</w:t>
            </w:r>
          </w:p>
        </w:tc>
        <w:tc>
          <w:tcPr>
            <w:tcW w:type="dxa" w:w="4933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4" w:color="244CFF"/>
              <w:left w:val="single" w:sz="4" w:color="244CFF"/>
              <w:bottom w:val="single" w:sz="4" w:color="244CFF"/>
              <w:right w:val="single" w:sz="4" w:color="244CFF"/>
              <w:insideH w:val="single" w:sz="4" w:color="244CFF"/>
              <w:insideV w:val="single" w:sz="4" w:color="244CFF"/>
            </w:tcBorders>
            <w:shd w:fill="244CFF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作品基本信息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/>
        <w:tc>
          <w:tcPr>
            <w:tcW w:type="dxa" w:w="19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作品名称</w:t>
            </w:r>
          </w:p>
        </w:tc>
        <w:tc>
          <w:tcPr>
            <w:tcW w:type="dxa" w:w="7739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20"/>
              </w:rPr>
            </w:r>
          </w:p>
        </w:tc>
      </w:tr>
      <w:tr>
        <w:trPr/>
        <w:tc>
          <w:tcPr>
            <w:tcW w:type="dxa" w:w="19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征集方向</w:t>
            </w:r>
          </w:p>
        </w:tc>
        <w:tc>
          <w:tcPr>
            <w:tcW w:type="dxa" w:w="7739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20"/>
              </w:rPr>
              <w:t>□ 文创产品创意   □ 视觉图形创意   □ 文旅传播应用</w:t>
            </w:r>
          </w:p>
        </w:tc>
      </w:tr>
      <w:tr>
        <w:trPr/>
        <w:tc>
          <w:tcPr>
            <w:tcW w:type="dxa" w:w="19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作品形式</w:t>
            </w:r>
          </w:p>
        </w:tc>
        <w:tc>
          <w:tcPr>
            <w:tcW w:type="dxa" w:w="7739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20"/>
              </w:rPr>
              <w:t>□ 单件作品   □ 系列作品，共______个单项（建议不超过6个）</w:t>
            </w:r>
          </w:p>
        </w:tc>
      </w:tr>
      <w:tr>
        <w:trPr/>
        <w:tc>
          <w:tcPr>
            <w:tcW w:type="dxa" w:w="19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展示页数量</w:t>
            </w:r>
          </w:p>
        </w:tc>
        <w:tc>
          <w:tcPr>
            <w:tcW w:type="dxa" w:w="7739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20"/>
              </w:rPr>
              <w:t>□ 1张   □ 2张   □ 3张</w:t>
            </w:r>
          </w:p>
        </w:tc>
      </w:tr>
      <w:tr>
        <w:trPr/>
        <w:tc>
          <w:tcPr>
            <w:tcW w:type="dxa" w:w="198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文件格式</w:t>
            </w:r>
          </w:p>
        </w:tc>
        <w:tc>
          <w:tcPr>
            <w:tcW w:type="dxa" w:w="7739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20"/>
              </w:rPr>
              <w:t>□ JPG   □ PNG   □ PDF   全部文件合计：________MB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9014"/>
      </w:tblGrid>
      <w:tr>
        <w:tc>
          <w:tcPr>
            <w:tcW w:type="dxa" w:w="4933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4" w:color="244CFF"/>
              <w:left w:val="single" w:sz="4" w:color="244CFF"/>
              <w:bottom w:val="single" w:sz="4" w:color="244CFF"/>
              <w:right w:val="single" w:sz="4" w:color="244CFF"/>
              <w:insideH w:val="single" w:sz="4" w:color="244CFF"/>
              <w:insideV w:val="single" w:sz="4" w:color="244CFF"/>
            </w:tcBorders>
            <w:shd w:fill="244CFF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03</w:t>
            </w:r>
          </w:p>
        </w:tc>
        <w:tc>
          <w:tcPr>
            <w:tcW w:type="dxa" w:w="4933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4" w:color="244CFF"/>
              <w:left w:val="single" w:sz="4" w:color="244CFF"/>
              <w:bottom w:val="single" w:sz="4" w:color="244CFF"/>
              <w:right w:val="single" w:sz="4" w:color="244CFF"/>
              <w:insideH w:val="single" w:sz="4" w:color="244CFF"/>
              <w:insideV w:val="single" w:sz="4" w:color="244CFF"/>
            </w:tcBorders>
            <w:shd w:fill="244CFF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作品说明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墨玉文化元素说明  请说明作品采用的真实文化或文旅资源及其来源</w:t>
            </w:r>
          </w:p>
        </w:tc>
      </w:tr>
      <w:tr>
        <w:tc>
          <w:tcPr>
            <w:tcW w:type="dxa" w:w="9724"/>
            <w:vAlign w:val="center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999999"/>
                <w:sz w:val="18"/>
              </w:rPr>
              <w:t>________________________________________________________________________________</w:t>
              <w:br/>
              <w:t>________________________________________________________________________________</w:t>
              <w:br/>
              <w:t>________________________________________________________________________________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创意说明  建议300至500字，包括核心概念、表现方式和设计亮点</w:t>
            </w:r>
          </w:p>
        </w:tc>
      </w:tr>
      <w:tr>
        <w:tc>
          <w:tcPr>
            <w:tcW w:type="dxa" w:w="9724"/>
            <w:vAlign w:val="center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999999"/>
                <w:sz w:val="18"/>
              </w:rPr>
              <w:t>________________________________________________________________________________</w:t>
              <w:br/>
              <w:t>________________________________________________________________________________</w:t>
              <w:br/>
              <w:t>________________________________________________________________________________</w:t>
              <w:br/>
              <w:t>________________________________________________________________________________</w:t>
              <w:br/>
              <w:t>________________________________________________________________________________</w:t>
              <w:br/>
              <w:t>________________________________________________________________________________</w:t>
              <w:br/>
              <w:t>________________________________________________________________________________</w:t>
              <w:br/>
              <w:t>________________________________________________________________________________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应用建议  说明适用场景、受众、传播或转化方式</w:t>
            </w:r>
          </w:p>
        </w:tc>
      </w:tr>
      <w:tr>
        <w:tc>
          <w:tcPr>
            <w:tcW w:type="dxa" w:w="9724"/>
            <w:vAlign w:val="center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999999"/>
                <w:sz w:val="18"/>
              </w:rPr>
              <w:t>________________________________________________________________________________</w:t>
              <w:br/>
              <w:t>________________________________________________________________________________</w:t>
              <w:br/>
              <w:t>________________________________________________________________________________</w:t>
              <w:br/>
              <w:t>________________________________________________________________________________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产品类作品补充信息  非产品类可不填；填写材质、工艺、尺寸和使用方式</w:t>
            </w:r>
          </w:p>
        </w:tc>
      </w:tr>
      <w:tr>
        <w:tc>
          <w:tcPr>
            <w:tcW w:type="dxa" w:w="9724"/>
            <w:vAlign w:val="center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999999"/>
                <w:sz w:val="18"/>
              </w:rPr>
              <w:t>________________________________________________________________________________</w:t>
              <w:br/>
              <w:t>________________________________________________________________________________</w:t>
              <w:br/>
              <w:t>________________________________________________________________________________</w:t>
              <w:br/>
              <w:t>________________________________________________________________________________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9014"/>
      </w:tblGrid>
      <w:tr>
        <w:tc>
          <w:tcPr>
            <w:tcW w:type="dxa" w:w="4933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4" w:color="244CFF"/>
              <w:left w:val="single" w:sz="4" w:color="244CFF"/>
              <w:bottom w:val="single" w:sz="4" w:color="244CFF"/>
              <w:right w:val="single" w:sz="4" w:color="244CFF"/>
              <w:insideH w:val="single" w:sz="4" w:color="244CFF"/>
              <w:insideV w:val="single" w:sz="4" w:color="244CFF"/>
            </w:tcBorders>
            <w:shd w:fill="244CFF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04</w:t>
            </w:r>
          </w:p>
        </w:tc>
        <w:tc>
          <w:tcPr>
            <w:tcW w:type="dxa" w:w="4933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4" w:color="244CFF"/>
              <w:left w:val="single" w:sz="4" w:color="244CFF"/>
              <w:bottom w:val="single" w:sz="4" w:color="244CFF"/>
              <w:right w:val="single" w:sz="4" w:color="244CFF"/>
              <w:insideH w:val="single" w:sz="4" w:color="244CFF"/>
              <w:insideV w:val="single" w:sz="4" w:color="244CFF"/>
            </w:tcBorders>
            <w:shd w:fill="244CFF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人工智能工具使用说明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/>
        <w:tc>
          <w:tcPr>
            <w:tcW w:type="dxa" w:w="23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使用情况</w:t>
            </w:r>
          </w:p>
        </w:tc>
        <w:tc>
          <w:tcPr>
            <w:tcW w:type="dxa" w:w="7399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20"/>
              </w:rPr>
              <w:t>□ 未使用人工智能工具辅助创作   □ 已使用人工智能工具辅助创作</w:t>
            </w:r>
          </w:p>
        </w:tc>
      </w:tr>
      <w:tr>
        <w:trPr/>
        <w:tc>
          <w:tcPr>
            <w:tcW w:type="dxa" w:w="23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工具名称与用途</w:t>
            </w:r>
          </w:p>
        </w:tc>
        <w:tc>
          <w:tcPr>
            <w:tcW w:type="dxa" w:w="7399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20"/>
              </w:rPr>
            </w:r>
          </w:p>
        </w:tc>
      </w:tr>
      <w:tr>
        <w:trPr/>
        <w:tc>
          <w:tcPr>
            <w:tcW w:type="dxa" w:w="23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人工创作和修改内容</w:t>
            </w:r>
          </w:p>
        </w:tc>
        <w:tc>
          <w:tcPr>
            <w:tcW w:type="dxa" w:w="7399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20"/>
              </w:rPr>
            </w:r>
          </w:p>
        </w:tc>
      </w:tr>
      <w:tr>
        <w:trPr/>
        <w:tc>
          <w:tcPr>
            <w:tcW w:type="dxa" w:w="23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权利来源确认</w:t>
            </w:r>
          </w:p>
        </w:tc>
        <w:tc>
          <w:tcPr>
            <w:tcW w:type="dxa" w:w="7399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20"/>
              </w:rPr>
              <w:t>□ 已核实相关素材和输出内容的使用权利，并愿承担相应责任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2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创作过程补充说明  使用人工智能工具者填写；必要时可另附过程材料</w:t>
            </w:r>
          </w:p>
        </w:tc>
      </w:tr>
      <w:tr>
        <w:tc>
          <w:tcPr>
            <w:tcW w:type="dxa" w:w="9724"/>
            <w:vAlign w:val="center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999999"/>
                <w:sz w:val="18"/>
              </w:rPr>
              <w:t>________________________________________________________________________________</w:t>
              <w:br/>
              <w:t>________________________________________________________________________________</w:t>
              <w:br/>
              <w:t>________________________________________________________________________________</w:t>
              <w:br/>
              <w:t>________________________________________________________________________________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9014"/>
      </w:tblGrid>
      <w:tr>
        <w:tc>
          <w:tcPr>
            <w:tcW w:type="dxa" w:w="4933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4" w:color="244CFF"/>
              <w:left w:val="single" w:sz="4" w:color="244CFF"/>
              <w:bottom w:val="single" w:sz="4" w:color="244CFF"/>
              <w:right w:val="single" w:sz="4" w:color="244CFF"/>
              <w:insideH w:val="single" w:sz="4" w:color="244CFF"/>
              <w:insideV w:val="single" w:sz="4" w:color="244CFF"/>
            </w:tcBorders>
            <w:shd w:fill="244CFF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05</w:t>
            </w:r>
          </w:p>
        </w:tc>
        <w:tc>
          <w:tcPr>
            <w:tcW w:type="dxa" w:w="4933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4" w:color="244CFF"/>
              <w:left w:val="single" w:sz="4" w:color="244CFF"/>
              <w:bottom w:val="single" w:sz="4" w:color="244CFF"/>
              <w:right w:val="single" w:sz="4" w:color="244CFF"/>
              <w:insideH w:val="single" w:sz="4" w:color="244CFF"/>
              <w:insideV w:val="single" w:sz="4" w:color="244CFF"/>
            </w:tcBorders>
            <w:shd w:fill="244CFF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提交文件核对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19"/>
              </w:rPr>
              <w:t>□ 本报名表已完整填写</w:t>
            </w:r>
          </w:p>
        </w:tc>
        <w:tc>
          <w:tcPr>
            <w:tcW w:type="dxa" w:w="493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19"/>
              </w:rPr>
              <w:t>□ 作品展示文件共______个</w:t>
            </w:r>
          </w:p>
        </w:tc>
      </w:tr>
      <w:tr>
        <w:tc>
          <w:tcPr>
            <w:tcW w:type="dxa" w:w="493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19"/>
              </w:rPr>
              <w:t>□ 展示页包含作品名称、设计效果、创意说明、文化元素说明和应用建议</w:t>
            </w:r>
          </w:p>
        </w:tc>
        <w:tc>
          <w:tcPr>
            <w:tcW w:type="dxa" w:w="493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19"/>
              </w:rPr>
              <w:t>□ 文件清晰、命名准确，全部文件合计不超过30MB</w:t>
            </w:r>
          </w:p>
        </w:tc>
      </w:tr>
      <w:tr>
        <w:tc>
          <w:tcPr>
            <w:tcW w:type="dxa" w:w="493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19"/>
              </w:rPr>
              <w:t>□ 产品类作品已补充材质、工艺、尺寸或使用方式</w:t>
            </w:r>
          </w:p>
        </w:tc>
        <w:tc>
          <w:tcPr>
            <w:tcW w:type="dxa" w:w="493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19"/>
              </w:rPr>
              <w:t>□ 使用人工智能工具的作品已完成如实说明</w:t>
            </w:r>
          </w:p>
        </w:tc>
      </w:tr>
      <w:tr>
        <w:tc>
          <w:tcPr>
            <w:tcW w:type="dxa" w:w="493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19"/>
              </w:rPr>
              <w:t>□ 如入选，可按要求补交可编辑源文件</w:t>
            </w:r>
          </w:p>
        </w:tc>
        <w:tc>
          <w:tcPr>
            <w:tcW w:type="dxa" w:w="4933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19"/>
              </w:rPr>
              <w:t>□ 联系方式真实有效并保持畅通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9014"/>
      </w:tblGrid>
      <w:tr>
        <w:tc>
          <w:tcPr>
            <w:tcW w:type="dxa" w:w="4933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4" w:color="244CFF"/>
              <w:left w:val="single" w:sz="4" w:color="244CFF"/>
              <w:bottom w:val="single" w:sz="4" w:color="244CFF"/>
              <w:right w:val="single" w:sz="4" w:color="244CFF"/>
              <w:insideH w:val="single" w:sz="4" w:color="244CFF"/>
              <w:insideV w:val="single" w:sz="4" w:color="244CFF"/>
            </w:tcBorders>
            <w:shd w:fill="244CFF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06</w:t>
            </w:r>
          </w:p>
        </w:tc>
        <w:tc>
          <w:tcPr>
            <w:tcW w:type="dxa" w:w="4933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4" w:color="244CFF"/>
              <w:left w:val="single" w:sz="4" w:color="244CFF"/>
              <w:bottom w:val="single" w:sz="4" w:color="244CFF"/>
              <w:right w:val="single" w:sz="4" w:color="244CFF"/>
              <w:insideH w:val="single" w:sz="4" w:color="244CFF"/>
              <w:insideV w:val="single" w:sz="4" w:color="244CFF"/>
            </w:tcBorders>
            <w:shd w:fill="244CFF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参征承诺与签署</w:t>
            </w:r>
          </w:p>
        </w:tc>
      </w:tr>
    </w:tbl>
    <w:p>
      <w:pPr>
        <w:spacing w:after="40"/>
      </w:pPr>
    </w:p>
    <w:p>
      <w:pPr>
        <w:spacing w:after="160" w:line="372" w:lineRule="auto"/>
      </w:pPr>
      <w:r>
        <w:rPr>
          <w:rFonts w:ascii="Microsoft YaHei" w:hAnsi="Microsoft YaHei" w:eastAsia="Microsoft YaHei"/>
          <w:b w:val="0"/>
          <w:color w:val="111111"/>
          <w:sz w:val="20"/>
        </w:rPr>
        <w:t>本人或本团队机构确认：所填信息真实有效；参征作品为原创或已取得完整合法授权，不侵犯任何第三方合法权益；已如实说明人工智能工具的使用情况；已阅读并同意《墨玉县文旅文创作品全国征集公告》及本页面所载规则，包括著作权、作品使用、个人信息处理和资格取消等条款。如有虚假、侵权或权属争议，自愿承担相应责任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/>
        <w:tc>
          <w:tcPr>
            <w:tcW w:type="dxa" w:w="289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个人签名或团队机构盖章</w:t>
            </w:r>
          </w:p>
        </w:tc>
        <w:tc>
          <w:tcPr>
            <w:tcW w:type="dxa" w:w="68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20"/>
              </w:rPr>
              <w:br/>
              <w:br/>
            </w:r>
          </w:p>
        </w:tc>
      </w:tr>
      <w:tr>
        <w:trPr/>
        <w:tc>
          <w:tcPr>
            <w:tcW w:type="dxa" w:w="289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监护人签名</w:t>
            </w:r>
          </w:p>
        </w:tc>
        <w:tc>
          <w:tcPr>
            <w:tcW w:type="dxa" w:w="68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20"/>
              </w:rPr>
              <w:t>未满十八周岁参征者填写：</w:t>
              <w:br/>
              <w:br/>
            </w:r>
          </w:p>
        </w:tc>
      </w:tr>
      <w:tr>
        <w:trPr/>
        <w:tc>
          <w:tcPr>
            <w:tcW w:type="dxa" w:w="2891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shd w:fill="F5F5F2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11111"/>
                <w:sz w:val="20"/>
              </w:rPr>
              <w:t>签署日期</w:t>
            </w:r>
          </w:p>
        </w:tc>
        <w:tc>
          <w:tcPr>
            <w:tcW w:type="dxa" w:w="683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</w:tcPr>
          <w:p>
            <w:pPr>
              <w:spacing w:after="0" w:line="312" w:lineRule="auto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111111"/>
                <w:sz w:val="20"/>
              </w:rPr>
              <w:t>______年______月______日</w:t>
            </w:r>
          </w:p>
        </w:tc>
      </w:tr>
    </w:tbl>
    <w:p>
      <w:pPr>
        <w:spacing w:before="160" w:after="0"/>
      </w:pPr>
      <w:r>
        <w:rPr>
          <w:rFonts w:ascii="Microsoft YaHei" w:hAnsi="Microsoft YaHei" w:eastAsia="Microsoft YaHei"/>
          <w:b w:val="0"/>
          <w:color w:val="666666"/>
          <w:sz w:val="18"/>
        </w:rPr>
        <w:t>说明：本表用于活动报名、身份核验、联系通知、评审组织、证书制作和争议处理。请勿填写与本次活动无关的敏感个人信息。</w:t>
      </w:r>
    </w:p>
    <w:sectPr w:rsidR="00FC693F" w:rsidRPr="0006063C" w:rsidSect="00034616">
      <w:pgSz w:w="11906" w:h="16838"/>
      <w:pgMar w:top="879" w:right="1020" w:bottom="822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24" w:lineRule="auto"/>
    </w:pPr>
    <w:rPr>
      <w:rFonts w:ascii="Microsoft YaHei" w:hAnsi="Microsoft YaHei" w:eastAsia="Microsoft YaHei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墨玉县文旅文创作品全国征集报名表</dc:title>
  <dc:subject>墨玉县文旅文创作品全国征集活动报名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